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השומרים החכמים של מערכת המים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איך חיישנים וחדר בקרה עוקבים אחרי מערכת 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את הדרך מהמדידה ועד ההתראה והתיקון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כללי היגיינה דיגיטלית במחשב ובטלפון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למדוד זרימה, לחץ ואיכות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מחשב בחדר בקרה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החיישן מודד כמה דברים שונים במערכת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בשיעור הודגש לבדוק, להתייעץ ולפעול לפי סדר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חיישן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חדר בקרה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התראה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(מודד זרימה, לחץ ואיכות)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 עם מסכים שעוקבים אחרי המערכת)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(הודעה שמשהו השתנה)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(יוצא לתקן את התקלה)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חיישן מודד זרימה, לחץ ואיכות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המידע עובר למחשב בחדר הבקרה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המחשב מזהה שינוי חריג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נשלחת התראה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סיסמה חזקה, עדכון תוכנה, לא לפתוח קישורים לא מוכרים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שמזכירה זרימה, לחץ או איכות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להבנה שגילוי מוקדם מונע בזבוז ונזק גדול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מתקבלת, אין נכון ולא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זרימת מים עם צינור או בקבוק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בין משל החיישן כ'אף או אוזן' לבין הבנת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לעודד שיתוף בזוגות לפני מענה 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השומרים החכמים של מערכת המים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במערכת המים שלנו שומרים חכמים עוזרים לבני אדם: חיישנים מודדים את המים, ומחשב בחדר בקרה מזהה כשמשהו משתנה ושולח התראה לצוות.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חדר בקרה  ·  חיישן  ·  התראה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תפקיד החיישן במערכת המים?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למדוד זרימה, לחץ ואיכות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לתקן צינורות שבורים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לשלוח מים לבתים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מקבל את המידע מהחיישנים?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חנות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מחשב בחדר בקרה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הברז בבית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חיישן יכול למדוד גם לחץ וגם איכות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כשיש תקלה, הצוות תמיד נלחץ ולא בודק כלום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מודד זרימה, לחץ ואיכות מים בצינור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המידע מהחיישן עובר למחשב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כשיש שינוי חריג, המחשב שולח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חיישן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יוצא לתקן את התקלה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חדר בקרה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הודעה שמשהו השתנה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התראה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 עם מסכים שעוקבים אחרי המערכת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צוות טכני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מודד זרימה, לחץ ואיכות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המחשב מזהה שינוי חריג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נשלחת התראה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המידע עובר למחשב בחדר הבקרה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חיישן מודד זרימה, לחץ ואיכות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הרגלים של היגיינה דיגיטלית שאתם כבר עושים או תתחילו לעשות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מה חיישן מודד במערכת המים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הסבירו למה חשוב לגלות תקלה מוקדם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השומרים החכמים של מערכת המים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