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השומרים החכמים של מערכת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איך חיישנים וחדר בקרה עוקבים אחרי מערכת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הדרך מהמדידה ועד ההתראה והתיקון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כללי היגיינה דיגיטלית במחשב ובטלפון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למדוד זרימה, לחץ ואיכות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מחשב בחדר בקרה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שולח התראה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צוות טכני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אף או אוזן של המערכת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החיישן מודד כמה דברים שונים במערכת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בשיעור הודגש לבדוק, להתייעץ ולפעול לפי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עדכונים מתקנים בעיות ומשפרים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נקודה כתומה מסמנת שינוי שדורש 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חיישנים רק מודדים ומתריעים, אנשים עדיין צריכים לתקן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חדר בקרה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דיגיטלית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חזקה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(מודד זרימה, לחץ ואיכות)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(מקום עם מסכים שעוקבים אחרי המערכת)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(הודעה שמשהו השתנה)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(יוצא לתקן את התקלה)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(מתקן בעיות ומשפר הגנה)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חיישן מודד זרימה, לחץ ואיכות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המידע עובר למחשב בחדר הבקרה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המחשב מזהה שינוי חריג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נשלחת התראה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צוות יוצא לתקן את התקלה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סיסמה חזקה, עדכון תוכנה, לא לפתוח קישורים לא מוכרים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למנוע בזבוז מים ולתקן לפני שהבעיה גדלה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זרימה, לחץ או איכות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שגילוי מוקדם מונע בזבוז ונזק גדול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מתקבלת, אין נכון ולא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זרימת מים עם צינור או בקבוק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בין משל החיישן כ'אף או אוזן' לבין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לעודד שיתוף בזוגות לפני מענה 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השומרים החכמים של מערכת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במערכת המים שלנו שומרים חכמים עוזרים לבני אדם: חיישנים מודדים את המים, ומחשב בחדר בקרה מזהה כשמשהו משתנה ושולח התראה לצוות.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 החיישן במערכת המים?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למדוד זרימה, לחץ ואיכות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לתקן צינורות שבורים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מים לבתים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לצבוע את הצינורות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מקבל את המידע מהחיישנים?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 בחדר בקרה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הברז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כשהמחשב מזהה שינוי חריג?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שולח התראה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מוחק את המידע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משנה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יוצא לתקן את התקלה אחרי ההתראה?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צוות טכני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נהג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החיישן דומה במשל השיעור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יד של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אף או אוזן של המערכת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רגל של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חיישן יכול למדוד גם לחץ וגם איכות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תקלה, הצוות תמיד נלחץ ולא בודק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עדכון תוכנה הוא חלק מהיגיינה דיגיטלית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כתומה בחדר הבקרה מסמנת שהכול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באנשים כשיש חיישנים, כי הם מתקנים הכל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מודד זרימה, לחץ ואיכות מים בצינור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המידע מהחיישן עובר למחשב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כשיש שינוי חריג, המחשב שולח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לשמור על המחשב בריא צריך הרגלי היגיינה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סיסמה __________ היא חלק חשוב מהיגיינה דיגיטלית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הודעה שמשהו השתנה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חדר בקרה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מתקן בעיות ומשפר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מודד זרימה, לחץ ואיכות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צוות טכני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עם מסכים שעוקבים אחרי המערכת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עדכון תוכנה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יוצא לתקן את התקלה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המחשב מזהה שינוי חריג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נשלחת התראה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צוות יוצא לתקן את התקלה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חיישן מודד זרימה, לחץ ואיכות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המידע עובר למחשב בחדר הבקרה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הרגלים של היגיינה דיגיטלית שאתם כבר עושים או תתחילו לעשות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למה חשוב לגלות תקלה במים מוקדם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מה חיישן מודד במערכת המים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למה חשוב לגלות תקלה מוקדם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הרגל של היגיינה דיגיטלית תתחילו השבוע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השומרים החכמים של מערכת המים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